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595844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39C193F" w14:textId="250222F6" w:rsidR="00D05F51" w:rsidRDefault="00000000" w:rsidP="00355AEF">
      <w:pPr>
        <w:spacing w:after="0" w:line="240" w:lineRule="auto"/>
        <w:jc w:val="center"/>
        <w:rPr>
          <w:rFonts w:ascii="Stardos Stencil" w:eastAsia="Stardos Stencil" w:hAnsi="Stardos Stencil" w:cs="Stardos Stencil"/>
          <w:b/>
          <w:sz w:val="32"/>
          <w:szCs w:val="32"/>
        </w:rPr>
      </w:pPr>
      <w:r>
        <w:rPr>
          <w:rFonts w:ascii="Stardos Stencil" w:eastAsia="Stardos Stencil" w:hAnsi="Stardos Stencil" w:cs="Stardos Stencil"/>
          <w:b/>
          <w:sz w:val="32"/>
          <w:szCs w:val="32"/>
        </w:rPr>
        <w:t xml:space="preserve">DAV Chapter 55 </w:t>
      </w:r>
      <w:proofErr w:type="spellStart"/>
      <w:r>
        <w:rPr>
          <w:rFonts w:ascii="Stardos Stencil" w:eastAsia="Stardos Stencil" w:hAnsi="Stardos Stencil" w:cs="Stardos Stencil"/>
          <w:b/>
          <w:sz w:val="32"/>
          <w:szCs w:val="32"/>
        </w:rPr>
        <w:t>S</w:t>
      </w:r>
      <w:r w:rsidR="00945102">
        <w:rPr>
          <w:rFonts w:ascii="Stardos Stencil" w:eastAsia="Stardos Stencil" w:hAnsi="Stardos Stencil" w:cs="Stardos Stencil"/>
          <w:b/>
          <w:sz w:val="32"/>
          <w:szCs w:val="32"/>
        </w:rPr>
        <w:t>mart</w:t>
      </w:r>
      <w:r>
        <w:rPr>
          <w:rFonts w:ascii="Stardos Stencil" w:eastAsia="Stardos Stencil" w:hAnsi="Stardos Stencil" w:cs="Stardos Stencil"/>
          <w:b/>
          <w:sz w:val="32"/>
          <w:szCs w:val="32"/>
        </w:rPr>
        <w:t>G</w:t>
      </w:r>
      <w:r w:rsidR="00945102">
        <w:rPr>
          <w:rFonts w:ascii="Stardos Stencil" w:eastAsia="Stardos Stencil" w:hAnsi="Stardos Stencil" w:cs="Stardos Stencil"/>
          <w:b/>
          <w:sz w:val="32"/>
          <w:szCs w:val="32"/>
        </w:rPr>
        <w:t>uide</w:t>
      </w:r>
      <w:proofErr w:type="spellEnd"/>
    </w:p>
    <w:p w14:paraId="268158FC" w14:textId="77777777" w:rsidR="00D05F51" w:rsidRDefault="00000000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</w:rPr>
        <w:sectPr w:rsidR="00D05F51">
          <w:headerReference w:type="default" r:id="rId8"/>
          <w:footerReference w:type="default" r:id="rId9"/>
          <w:pgSz w:w="12240" w:h="15840"/>
          <w:pgMar w:top="570" w:right="720" w:bottom="720" w:left="720" w:header="27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</w:rPr>
        <w:t>Basic Information</w:t>
      </w:r>
    </w:p>
    <w:p w14:paraId="4B3F7FE2" w14:textId="77777777" w:rsidR="00D05F51" w:rsidRPr="002A6F85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8"/>
          <w:szCs w:val="8"/>
        </w:rPr>
      </w:pPr>
    </w:p>
    <w:p w14:paraId="5E19CDC0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Contact</w:t>
      </w:r>
    </w:p>
    <w:p w14:paraId="1EF737FC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Email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contact@dav55.org </w:t>
      </w:r>
    </w:p>
    <w:p w14:paraId="0D2B9458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Phone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859.575.1738</w:t>
      </w:r>
    </w:p>
    <w:p w14:paraId="5BE6A69E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Address</w:t>
      </w:r>
      <w:r>
        <w:rPr>
          <w:rFonts w:ascii="Times New Roman" w:eastAsia="Times New Roman" w:hAnsi="Times New Roman" w:cs="Times New Roman"/>
          <w:sz w:val="20"/>
          <w:szCs w:val="20"/>
        </w:rPr>
        <w:t>: 1215 W. Main St., Richmond, KY 40475</w:t>
      </w:r>
    </w:p>
    <w:p w14:paraId="3A92F382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Website</w:t>
      </w:r>
      <w:r>
        <w:rPr>
          <w:rFonts w:ascii="Times New Roman" w:eastAsia="Times New Roman" w:hAnsi="Times New Roman" w:cs="Times New Roman"/>
          <w:sz w:val="20"/>
          <w:szCs w:val="20"/>
        </w:rPr>
        <w:t>: www.dav55.org</w:t>
      </w:r>
    </w:p>
    <w:p w14:paraId="3294A296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p w14:paraId="0B2E1E9A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Social Media</w:t>
      </w:r>
    </w:p>
    <w:p w14:paraId="03589FB7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Facebook</w:t>
      </w:r>
      <w:r>
        <w:rPr>
          <w:rFonts w:ascii="Times New Roman" w:eastAsia="Times New Roman" w:hAnsi="Times New Roman" w:cs="Times New Roman"/>
          <w:sz w:val="20"/>
          <w:szCs w:val="20"/>
        </w:rPr>
        <w:t>: https://www.facebook.com/DAVChap55</w:t>
      </w:r>
    </w:p>
    <w:p w14:paraId="79F3D192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Instagram</w:t>
      </w:r>
      <w:r>
        <w:rPr>
          <w:rFonts w:ascii="Times New Roman" w:eastAsia="Times New Roman" w:hAnsi="Times New Roman" w:cs="Times New Roman"/>
          <w:sz w:val="20"/>
          <w:szCs w:val="20"/>
        </w:rPr>
        <w:t>: https://www.instagram.com/dav.55.ky/</w:t>
      </w:r>
    </w:p>
    <w:p w14:paraId="19BBC0AF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Discord</w:t>
      </w:r>
      <w:r>
        <w:rPr>
          <w:rFonts w:ascii="Times New Roman" w:eastAsia="Times New Roman" w:hAnsi="Times New Roman" w:cs="Times New Roman"/>
          <w:sz w:val="20"/>
          <w:szCs w:val="20"/>
        </w:rPr>
        <w:t>: https://discord.gg/HfUyh9WjHK</w:t>
      </w:r>
    </w:p>
    <w:p w14:paraId="500C2316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Staff</w:t>
      </w:r>
    </w:p>
    <w:p w14:paraId="3C237618" w14:textId="3776386F" w:rsidR="00173E75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Kris Morlen, Commander; Theresa Wilson, Senior Vice Commander; Travis Martin, Adjutant; Mark Ledkins, Junior Vice Commander; Ray Estes, Chaplain; Ben Thomas, Treasurer; and Paul Mazurek, Judge Advocate.</w:t>
      </w:r>
    </w:p>
    <w:p w14:paraId="6D66B7C6" w14:textId="77777777" w:rsidR="00173E75" w:rsidRDefault="00173E7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042FBEF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p w14:paraId="64C7CD13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Available At MCVC</w:t>
      </w:r>
    </w:p>
    <w:p w14:paraId="60133628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i/>
          <w:sz w:val="20"/>
          <w:szCs w:val="20"/>
        </w:rPr>
        <w:t>Mon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&amp;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Fri.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9:00 AM -12:00 PM</w:t>
      </w:r>
    </w:p>
    <w:p w14:paraId="5C1177B8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D05F51">
          <w:type w:val="continuous"/>
          <w:pgSz w:w="12240" w:h="15840"/>
          <w:pgMar w:top="570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i/>
          <w:sz w:val="20"/>
          <w:szCs w:val="20"/>
        </w:rPr>
        <w:t>Tue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Thu</w:t>
      </w:r>
      <w:r>
        <w:rPr>
          <w:rFonts w:ascii="Times New Roman" w:eastAsia="Times New Roman" w:hAnsi="Times New Roman" w:cs="Times New Roman"/>
          <w:sz w:val="20"/>
          <w:szCs w:val="20"/>
        </w:rPr>
        <w:t>. 9:00 AM – 2:00 PM</w:t>
      </w:r>
    </w:p>
    <w:p w14:paraId="252AA9DC" w14:textId="77777777" w:rsidR="00D05F51" w:rsidRPr="00355AEF" w:rsidRDefault="00D05F51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C3127E" w14:textId="67D9B66C" w:rsidR="00D05F51" w:rsidRDefault="00000000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We Need</w:t>
      </w:r>
    </w:p>
    <w:p w14:paraId="06A9671C" w14:textId="3FE329DB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</w:rPr>
        <w:sectPr w:rsidR="00D05F51">
          <w:type w:val="continuous"/>
          <w:pgSz w:w="12240" w:h="15840"/>
          <w:pgMar w:top="105" w:right="720" w:bottom="720" w:left="720" w:header="720" w:footer="720" w:gutter="0"/>
          <w:cols w:space="720"/>
        </w:sectPr>
      </w:pPr>
    </w:p>
    <w:p w14:paraId="17F9A032" w14:textId="77777777" w:rsidR="002A6F85" w:rsidRPr="002A6F85" w:rsidRDefault="002A6F8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8"/>
          <w:szCs w:val="8"/>
        </w:rPr>
      </w:pPr>
    </w:p>
    <w:p w14:paraId="2BE5500D" w14:textId="7EB8F0C5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Drivers </w:t>
      </w:r>
    </w:p>
    <w:p w14:paraId="173CC304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Join a pool of drivers; minimum three trips a month.</w:t>
      </w:r>
    </w:p>
    <w:p w14:paraId="11121E16" w14:textId="75792F9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https://dav55.org/drivers/</w:t>
      </w:r>
    </w:p>
    <w:p w14:paraId="7F18FD37" w14:textId="6DADDCB1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7CB73544" w14:textId="1B630694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Donations</w:t>
      </w:r>
    </w:p>
    <w:p w14:paraId="1B836F83" w14:textId="65BD161B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Monetary, material, or skill-based contributions.</w:t>
      </w:r>
    </w:p>
    <w:p w14:paraId="1C59A72B" w14:textId="5D08A06F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https://dav55.org/donate/</w:t>
      </w:r>
    </w:p>
    <w:p w14:paraId="57B01888" w14:textId="54108ABD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General Volunteers</w:t>
      </w:r>
    </w:p>
    <w:p w14:paraId="19AA0980" w14:textId="0CA21E9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Help us maintain existing programming.</w:t>
      </w:r>
    </w:p>
    <w:p w14:paraId="2B3B4326" w14:textId="502A6428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https://dav55.org/volunteer/</w:t>
      </w:r>
    </w:p>
    <w:p w14:paraId="1B8BE5DE" w14:textId="6699E4FF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60FE400D" w14:textId="3282A6CF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Information About Our Members</w:t>
      </w:r>
    </w:p>
    <w:p w14:paraId="14EC1ABA" w14:textId="369E6E41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What: Be featured in a future spotlight article. </w:t>
      </w:r>
    </w:p>
    <w:p w14:paraId="40CA098B" w14:textId="3D9FA146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D05F51">
          <w:type w:val="continuous"/>
          <w:pgSz w:w="12240" w:h="15840"/>
          <w:pgMar w:top="570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https://dav55.org/members/</w:t>
      </w:r>
    </w:p>
    <w:p w14:paraId="21DCE746" w14:textId="4AFD8639" w:rsidR="00D05F51" w:rsidRDefault="00D05F51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2A130BD" w14:textId="6A95E861" w:rsidR="00D05F51" w:rsidRDefault="00000000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We Provide: Core Programming</w:t>
      </w:r>
    </w:p>
    <w:p w14:paraId="6CD78100" w14:textId="4F1F0F59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6"/>
          <w:szCs w:val="6"/>
        </w:rPr>
        <w:sectPr w:rsidR="00D05F51">
          <w:type w:val="continuous"/>
          <w:pgSz w:w="12240" w:h="15840"/>
          <w:pgMar w:top="570" w:right="720" w:bottom="720" w:left="720" w:header="720" w:footer="720" w:gutter="0"/>
          <w:cols w:space="720"/>
        </w:sectPr>
      </w:pPr>
    </w:p>
    <w:p w14:paraId="6F4D0D55" w14:textId="77777777" w:rsidR="002A6F85" w:rsidRPr="002A6F85" w:rsidRDefault="002A6F8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8"/>
          <w:szCs w:val="8"/>
        </w:rPr>
      </w:pPr>
    </w:p>
    <w:p w14:paraId="227CBBA3" w14:textId="4C5FC172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Service Officers</w:t>
      </w:r>
    </w:p>
    <w:p w14:paraId="26371F94" w14:textId="33FCA4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By appointment, five days a week.</w:t>
      </w:r>
    </w:p>
    <w:p w14:paraId="2BC32F8F" w14:textId="4D2F2936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Help with VA benefits.</w:t>
      </w:r>
    </w:p>
    <w:p w14:paraId="0ECA868C" w14:textId="50B696FA" w:rsidR="00113835" w:rsidRPr="00113835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https://dav55.org/service-officers/</w:t>
      </w:r>
    </w:p>
    <w:p w14:paraId="401C7D0B" w14:textId="647CE728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E6AAF6D" w14:textId="6685924D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Financial Assistance</w:t>
      </w:r>
    </w:p>
    <w:p w14:paraId="3DD8E009" w14:textId="2D4A9201" w:rsidR="00D05F51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8E02B4" wp14:editId="20CFF7C6">
                <wp:simplePos x="0" y="0"/>
                <wp:positionH relativeFrom="margin">
                  <wp:align>right</wp:align>
                </wp:positionH>
                <wp:positionV relativeFrom="paragraph">
                  <wp:posOffset>15240</wp:posOffset>
                </wp:positionV>
                <wp:extent cx="3686175" cy="1059180"/>
                <wp:effectExtent l="0" t="0" r="0" b="7620"/>
                <wp:wrapNone/>
                <wp:docPr id="1842103443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686175" cy="1059180"/>
                          <a:chOff x="-170391" y="-43966"/>
                          <a:chExt cx="3675591" cy="994834"/>
                        </a:xfrm>
                      </wpg:grpSpPr>
                      <pic:pic xmlns:pic="http://schemas.openxmlformats.org/drawingml/2006/picture">
                        <pic:nvPicPr>
                          <pic:cNvPr id="1272707371" name="Picture 2" descr="A blue and white sign with white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57250" y="0"/>
                            <a:ext cx="1815465" cy="9296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  <a:effectLst>
                            <a:softEdge rad="508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838128138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70391" y="-43966"/>
                            <a:ext cx="994833" cy="9948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02957826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ackgroundRemoval t="10000" b="90000" l="10000" r="9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8900" y="9525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8503F3" id="Group 1" o:spid="_x0000_s1026" style="position:absolute;margin-left:239.05pt;margin-top:1.2pt;width:290.25pt;height:83.4pt;z-index:251660288;mso-position-horizontal:right;mso-position-horizontal-relative:margin;mso-width-relative:margin;mso-height-relative:margin" coordorigin="-1703,-439" coordsize="36755,9948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 blue and white sign with white text&#10;&#10;Description automatically generated" style="position:absolute;left:8572;width:18155;height:9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" stroked="t" strokecolor="#4f81bd [3204]">
                  <v:imagedata r:id="rId14" o:title="A blue and white sign with white text&#10;&#10;Description automatically generated"/>
                  <v:path arrowok="t"/>
                </v:shape>
                <v:shape id="Picture 3" o:spid="_x0000_s1028" type="#_x0000_t75" style="position:absolute;left:-1703;top:-439;width:9947;height:9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">
                  <v:imagedata r:id="rId15" o:title=""/>
                </v:shape>
                <v:shape id="Picture 4" o:spid="_x0000_s1029" type="#_x0000_t75" style="position:absolute;left:26289;top:95;width:8763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">
                  <v:imagedata r:id="rId16" o:title=""/>
                </v:shape>
                <w10:wrap anchorx="margin"/>
              </v:group>
            </w:pict>
          </mc:Fallback>
        </mc:AlternateContent>
      </w:r>
      <w:r w:rsidR="00000000"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 w:rsidR="00000000">
        <w:rPr>
          <w:rFonts w:ascii="Times New Roman" w:eastAsia="Times New Roman" w:hAnsi="Times New Roman" w:cs="Times New Roman"/>
          <w:sz w:val="20"/>
          <w:szCs w:val="20"/>
        </w:rPr>
        <w:t>: Cash assistance for veterans and family members.</w:t>
      </w:r>
    </w:p>
    <w:p w14:paraId="44178147" w14:textId="121497BC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113835" w:rsidRPr="00113835">
        <w:rPr>
          <w:rFonts w:ascii="Times New Roman" w:eastAsia="Times New Roman" w:hAnsi="Times New Roman" w:cs="Times New Roman"/>
          <w:sz w:val="20"/>
          <w:szCs w:val="20"/>
        </w:rPr>
        <w:t>https://dav55.org/veterans-assistance-fund/</w:t>
      </w:r>
    </w:p>
    <w:p w14:paraId="3B8BDF0C" w14:textId="39BDC604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EC567ED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C5B7247" w14:textId="55E14960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Transportation </w:t>
      </w:r>
    </w:p>
    <w:p w14:paraId="2B3BC431" w14:textId="4BB7C128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Rides to medical appointments (VA facilities).</w:t>
      </w:r>
    </w:p>
    <w:p w14:paraId="3520ABE0" w14:textId="1CF6A9AA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https://dav55.org/transportation/</w:t>
      </w:r>
    </w:p>
    <w:p w14:paraId="487154E3" w14:textId="7FC8A82A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632119B" w14:textId="644EDA5D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497C542" w14:textId="1B32BD70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AA099D6" w14:textId="1D50571C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EE260B2" w14:textId="2B1484A4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113835">
          <w:type w:val="continuous"/>
          <w:pgSz w:w="12240" w:h="15840"/>
          <w:pgMar w:top="570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</w:p>
    <w:p w14:paraId="3DA45EC9" w14:textId="3EA38042" w:rsidR="00D05F51" w:rsidRDefault="00000000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Get Involved: Regular Events</w:t>
      </w:r>
    </w:p>
    <w:p w14:paraId="65D521DB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  <w:sectPr w:rsidR="00D05F51">
          <w:type w:val="continuous"/>
          <w:pgSz w:w="12240" w:h="15840"/>
          <w:pgMar w:top="570" w:right="720" w:bottom="720" w:left="720" w:header="720" w:footer="720" w:gutter="0"/>
          <w:cols w:space="720"/>
        </w:sectPr>
      </w:pPr>
    </w:p>
    <w:p w14:paraId="3E05DB95" w14:textId="77777777" w:rsidR="002A6F85" w:rsidRPr="002A6F85" w:rsidRDefault="002A6F8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8"/>
          <w:szCs w:val="8"/>
        </w:rPr>
      </w:pPr>
    </w:p>
    <w:p w14:paraId="3C80AA6C" w14:textId="7A05727B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Monday Coffee Hour</w:t>
      </w:r>
    </w:p>
    <w:p w14:paraId="2F16BF3C" w14:textId="76C01EB9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Every Monday, 9:00 AM - 11:00 AM</w:t>
      </w:r>
    </w:p>
    <w:p w14:paraId="16B33E03" w14:textId="2D5C2089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Enjoy fine coffees, teas, and snacks.</w:t>
      </w:r>
    </w:p>
    <w:p w14:paraId="755EAB10" w14:textId="0FF57266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https://dav55.org/coffee/</w:t>
      </w:r>
    </w:p>
    <w:p w14:paraId="4BD58AEF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313F5E0E" w14:textId="1929F685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Friday Breakfasts</w:t>
      </w:r>
    </w:p>
    <w:p w14:paraId="670817A6" w14:textId="4EF7704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Every Friday, 8:00 AM - 9:00 AM</w:t>
      </w:r>
    </w:p>
    <w:p w14:paraId="3C802FF8" w14:textId="23698B1A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Breakfast and great company.</w:t>
      </w:r>
    </w:p>
    <w:p w14:paraId="1CBD0FD1" w14:textId="0B09BF8D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https://dav55.org/breakfasts/</w:t>
      </w:r>
    </w:p>
    <w:p w14:paraId="1C148CC9" w14:textId="460CFC83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20E9F9FF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91A5315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3640820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AFC19F4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7786040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B69B5E9" w14:textId="09AA1DB5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Monthly Meetings</w:t>
      </w:r>
    </w:p>
    <w:p w14:paraId="0174A302" w14:textId="4EAA40BF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Second Saturday of each month, 11:00 AM</w:t>
      </w:r>
    </w:p>
    <w:p w14:paraId="729E44C3" w14:textId="5AFB6E38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Monthly discussions; make decisions; free lunch.</w:t>
      </w:r>
    </w:p>
    <w:p w14:paraId="3233B792" w14:textId="59D73299" w:rsidR="00113835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“Community Calendar” on </w:t>
      </w:r>
      <w:r w:rsidR="00113835" w:rsidRPr="00113835">
        <w:rPr>
          <w:rFonts w:ascii="Times New Roman" w:eastAsia="Times New Roman" w:hAnsi="Times New Roman" w:cs="Times New Roman"/>
          <w:sz w:val="20"/>
          <w:szCs w:val="20"/>
        </w:rPr>
        <w:t>https://dav55.org/</w:t>
      </w:r>
      <w:r w:rsidR="0011383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CC0E028" w14:textId="1241FEB5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113835">
          <w:type w:val="continuous"/>
          <w:pgSz w:w="12240" w:h="15840"/>
          <w:pgMar w:top="540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</w:p>
    <w:p w14:paraId="74F33045" w14:textId="4FD0F174" w:rsidR="00D05F51" w:rsidRDefault="00000000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Strengthening Ourselves &amp; Our Community</w:t>
      </w:r>
    </w:p>
    <w:p w14:paraId="308FAEFE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  <w:sectPr w:rsidR="00D05F51">
          <w:type w:val="continuous"/>
          <w:pgSz w:w="12240" w:h="15840"/>
          <w:pgMar w:top="105" w:right="720" w:bottom="720" w:left="720" w:header="720" w:footer="720" w:gutter="0"/>
          <w:cols w:space="720"/>
        </w:sectPr>
      </w:pPr>
    </w:p>
    <w:p w14:paraId="1BD2320B" w14:textId="77777777" w:rsidR="002A6F85" w:rsidRPr="002A6F85" w:rsidRDefault="002A6F8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8"/>
          <w:szCs w:val="8"/>
        </w:rPr>
      </w:pPr>
    </w:p>
    <w:p w14:paraId="13391DB8" w14:textId="01C5C98F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Golf Program</w:t>
      </w:r>
    </w:p>
    <w:p w14:paraId="1135CE59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Join our golf program for camaraderie and healing.</w:t>
      </w:r>
    </w:p>
    <w:p w14:paraId="5839F024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https://dav55.org/golf/</w:t>
      </w:r>
    </w:p>
    <w:p w14:paraId="41BE7DAE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43E84591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Career Pathways</w:t>
      </w:r>
    </w:p>
    <w:p w14:paraId="40C19ED9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Every other Thursday, 10:00 AM – 12:00 PM</w:t>
      </w:r>
    </w:p>
    <w:p w14:paraId="5EF7B622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Resume workshops and career mentoring for veterans.</w:t>
      </w:r>
    </w:p>
    <w:p w14:paraId="6013253E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https://dav55.org/career-pathways/</w:t>
      </w:r>
    </w:p>
    <w:p w14:paraId="1941D747" w14:textId="77777777" w:rsid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295367D" w14:textId="77777777" w:rsidR="00113835" w:rsidRPr="00113835" w:rsidRDefault="00113835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12"/>
          <w:szCs w:val="12"/>
        </w:rPr>
      </w:pPr>
    </w:p>
    <w:p w14:paraId="5988B521" w14:textId="0DEC7019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Student Veteran Support</w:t>
      </w:r>
    </w:p>
    <w:p w14:paraId="6C99AB9F" w14:textId="06DDD052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z w:val="20"/>
          <w:szCs w:val="20"/>
        </w:rPr>
        <w:t>: Wednesdays, 9:00 AM – 12:00 PM</w:t>
      </w:r>
    </w:p>
    <w:p w14:paraId="5E59DD88" w14:textId="0BEA82EB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Mentoring and tutoring for student veterans.</w:t>
      </w:r>
    </w:p>
    <w:p w14:paraId="3894A477" w14:textId="0D54147F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https://dav55.org/student-veterans/</w:t>
      </w:r>
    </w:p>
    <w:p w14:paraId="39763EF3" w14:textId="77777777" w:rsidR="00D05F51" w:rsidRDefault="00D05F51" w:rsidP="00355AEF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</w:rPr>
      </w:pPr>
    </w:p>
    <w:p w14:paraId="0859C254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Public Education Outreach</w:t>
      </w:r>
    </w:p>
    <w:p w14:paraId="7680C004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z w:val="20"/>
          <w:szCs w:val="20"/>
        </w:rPr>
        <w:t>: Classes to increase wellness and awareness.</w:t>
      </w:r>
    </w:p>
    <w:p w14:paraId="44535FCD" w14:textId="77777777" w:rsidR="00D05F51" w:rsidRDefault="00000000" w:rsidP="00355A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D05F51">
          <w:type w:val="continuous"/>
          <w:pgSz w:w="12240" w:h="15840"/>
          <w:pgMar w:top="105" w:right="720" w:bottom="720" w:left="720" w:header="720" w:footer="720" w:gutter="0"/>
          <w:cols w:num="2" w:space="720" w:equalWidth="0">
            <w:col w:w="5040" w:space="720"/>
            <w:col w:w="5040" w:space="0"/>
          </w:cols>
        </w:sect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More Info</w:t>
      </w:r>
      <w:r>
        <w:rPr>
          <w:rFonts w:ascii="Times New Roman" w:eastAsia="Times New Roman" w:hAnsi="Times New Roman" w:cs="Times New Roman"/>
          <w:sz w:val="20"/>
          <w:szCs w:val="20"/>
        </w:rPr>
        <w:t>: https://dav55.org/public-education/</w:t>
      </w:r>
    </w:p>
    <w:p w14:paraId="4D8F092C" w14:textId="77777777" w:rsidR="00D05F51" w:rsidRDefault="00D05F51" w:rsidP="00355AEF">
      <w:pPr>
        <w:pStyle w:val="Heading1"/>
        <w:spacing w:before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sectPr w:rsidR="00D05F51">
      <w:type w:val="continuous"/>
      <w:pgSz w:w="12240" w:h="15840"/>
      <w:pgMar w:top="105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BDABDA" w14:textId="77777777" w:rsidR="00191DFC" w:rsidRDefault="00191DFC">
      <w:pPr>
        <w:spacing w:after="0" w:line="240" w:lineRule="auto"/>
      </w:pPr>
      <w:r>
        <w:separator/>
      </w:r>
    </w:p>
  </w:endnote>
  <w:endnote w:type="continuationSeparator" w:id="0">
    <w:p w14:paraId="2F52438B" w14:textId="77777777" w:rsidR="00191DFC" w:rsidRDefault="00191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6E64FF9F-7A3C-4DD8-92A8-CFB9B135614A}"/>
    <w:embedBold r:id="rId2" w:fontKey="{61D33E42-7342-423E-83DB-8BC399D94EC9}"/>
    <w:embedItalic r:id="rId3" w:fontKey="{F313BC9B-A119-4A3A-92AF-49CE50B133B8}"/>
    <w:embedBoldItalic r:id="rId4" w:fontKey="{BF9B2E2D-7C66-48B7-AA37-05DAFC79D72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7D3884E3-B250-44B4-B993-E8D2D5995845}"/>
    <w:embedBold r:id="rId6" w:fontKey="{4A468773-219F-48A2-A7D9-E636E74637D7}"/>
    <w:embedItalic r:id="rId7" w:fontKey="{5775ED8F-F59F-4D62-8EF3-407506377A1D}"/>
    <w:embedBoldItalic r:id="rId8" w:fontKey="{17236E01-ED19-4E98-A615-0B901D53CA8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Stardos Stencil">
    <w:charset w:val="00"/>
    <w:family w:val="auto"/>
    <w:pitch w:val="default"/>
    <w:embedRegular r:id="rId9" w:fontKey="{3F72A776-DCBE-4FF1-90AB-2BE851EDF1BD}"/>
    <w:embedBold r:id="rId10" w:fontKey="{7AB5B858-0D06-4406-84EB-570E28603092}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  <w:embedRegular r:id="rId11" w:fontKey="{07D463CF-F25B-4CA9-9FA5-155F3913AA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D9CA4B" w14:textId="0F8FA295" w:rsidR="00173E75" w:rsidRPr="00945102" w:rsidRDefault="00945102" w:rsidP="00945102">
    <w:pPr>
      <w:pStyle w:val="Footer"/>
      <w:jc w:val="center"/>
      <w:rPr>
        <w:rFonts w:ascii="Stencil" w:hAnsi="Stencil"/>
        <w:color w:val="808080" w:themeColor="background1" w:themeShade="80"/>
        <w:sz w:val="24"/>
        <w:szCs w:val="24"/>
      </w:rPr>
    </w:pPr>
    <w:r w:rsidRPr="00945102">
      <w:rPr>
        <w:rFonts w:ascii="Stencil" w:hAnsi="Stencil"/>
        <w:color w:val="808080" w:themeColor="background1" w:themeShade="80"/>
        <w:sz w:val="24"/>
        <w:szCs w:val="24"/>
      </w:rPr>
      <w:t>Disabled American Veterans (DAV) | Chapter 55 | Madison County, Kentucky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788ED" w14:textId="77777777" w:rsidR="00191DFC" w:rsidRDefault="00191DFC">
      <w:pPr>
        <w:spacing w:after="0" w:line="240" w:lineRule="auto"/>
      </w:pPr>
      <w:r>
        <w:separator/>
      </w:r>
    </w:p>
  </w:footnote>
  <w:footnote w:type="continuationSeparator" w:id="0">
    <w:p w14:paraId="2F5B610C" w14:textId="77777777" w:rsidR="00191DFC" w:rsidRDefault="00191D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C796F" w14:textId="358E39EA" w:rsidR="00D05F51" w:rsidRDefault="003572A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5F039033" wp14:editId="3A9A13A9">
          <wp:simplePos x="0" y="0"/>
          <wp:positionH relativeFrom="column">
            <wp:posOffset>5743575</wp:posOffset>
          </wp:positionH>
          <wp:positionV relativeFrom="paragraph">
            <wp:posOffset>9525</wp:posOffset>
          </wp:positionV>
          <wp:extent cx="876300" cy="1108075"/>
          <wp:effectExtent l="0" t="0" r="0" b="0"/>
          <wp:wrapNone/>
          <wp:docPr id="1788578140" name="Picture 1" descr="A qr code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578140" name="Picture 1" descr="A qr code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6300" cy="1108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</w:rPr>
      <w:drawing>
        <wp:inline distT="0" distB="0" distL="0" distR="0" wp14:anchorId="5A4270F0" wp14:editId="11DCE38A">
          <wp:extent cx="4084674" cy="784928"/>
          <wp:effectExtent l="0" t="0" r="0" b="0"/>
          <wp:docPr id="207674012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84674" cy="7849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23E3BA5C" wp14:editId="138C4C24">
          <wp:simplePos x="0" y="0"/>
          <wp:positionH relativeFrom="column">
            <wp:posOffset>1</wp:posOffset>
          </wp:positionH>
          <wp:positionV relativeFrom="paragraph">
            <wp:posOffset>-9524</wp:posOffset>
          </wp:positionV>
          <wp:extent cx="1176514" cy="1095375"/>
          <wp:effectExtent l="0" t="0" r="0" b="0"/>
          <wp:wrapNone/>
          <wp:docPr id="207674012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6514" cy="1095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E52571"/>
    <w:multiLevelType w:val="multilevel"/>
    <w:tmpl w:val="41EE944A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45982857">
    <w:abstractNumId w:val="0"/>
  </w:num>
  <w:num w:numId="2" w16cid:durableId="15994824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87533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320697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169655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314068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F51"/>
    <w:rsid w:val="00110582"/>
    <w:rsid w:val="00113835"/>
    <w:rsid w:val="00173E75"/>
    <w:rsid w:val="00191DFC"/>
    <w:rsid w:val="001E1F0C"/>
    <w:rsid w:val="00242BDB"/>
    <w:rsid w:val="002A6F85"/>
    <w:rsid w:val="002F2772"/>
    <w:rsid w:val="00355AEF"/>
    <w:rsid w:val="003572A2"/>
    <w:rsid w:val="00482034"/>
    <w:rsid w:val="00647755"/>
    <w:rsid w:val="006A1CB3"/>
    <w:rsid w:val="007C3E4D"/>
    <w:rsid w:val="008B0C2C"/>
    <w:rsid w:val="008E49A2"/>
    <w:rsid w:val="00945102"/>
    <w:rsid w:val="00AF3FC2"/>
    <w:rsid w:val="00BA1A6E"/>
    <w:rsid w:val="00BE0F24"/>
    <w:rsid w:val="00D05F51"/>
    <w:rsid w:val="00EF4ABD"/>
    <w:rsid w:val="00F822F8"/>
    <w:rsid w:val="00FC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95350"/>
  <w15:docId w15:val="{8B6EB6E4-8EDA-4FD6-83EA-8EB5A238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B7B5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B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hdphoto" Target="media/hdphoto1.wdp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zngsBE8aMJqGBIQf+BDTB3fJhA==">CgMxLjAyCGguZ2pkZ3hzMgloLjMwajB6bGwyCWguMWZvYjl0ZTgAciExWEtza3FnWXY2VVl4aVh0bFlfM2xNaTl6T3ZCYmZvUlg=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python-docx</dc:creator>
  <cp:lastModifiedBy>Travis Martin</cp:lastModifiedBy>
  <cp:revision>3</cp:revision>
  <cp:lastPrinted>2024-06-05T17:58:00Z</cp:lastPrinted>
  <dcterms:created xsi:type="dcterms:W3CDTF">2024-06-21T12:26:00Z</dcterms:created>
  <dcterms:modified xsi:type="dcterms:W3CDTF">2024-07-04T00:10:00Z</dcterms:modified>
</cp:coreProperties>
</file>